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</w:pPr>
      <w:r>
        <w:rPr>
          <w:b/>
          <w:color w:val="203F54"/>
          <w:sz w:val="50"/>
        </w:rPr>
        <w:t>KIERAN CLAUDE BOURNE</w:t>
      </w:r>
    </w:p>
    <w:p>
      <w:pPr>
        <w:spacing w:after="100"/>
      </w:pPr>
      <w:r>
        <w:rPr>
          <w:b/>
          <w:color w:val="4F5963"/>
          <w:sz w:val="19"/>
        </w:rPr>
        <w:t>CUSTOMER SERVICE  |  RETAIL  |  OPERATIONS  |  PRACTICAL &amp; DIGITAL SKILLS</w:t>
      </w:r>
    </w:p>
    <w:p>
      <w:pPr>
        <w:spacing w:after="20"/>
      </w:pPr>
      <w:r>
        <w:rPr>
          <w:sz w:val="21"/>
        </w:rPr>
        <w:t xml:space="preserve">Stoke-on-Trent  |  07592 762289  |  </w:t>
      </w:r>
      <w:hyperlink r:id="rId9">
        <w:r>
          <w:rPr>
            <w:color w:val="20242A"/>
            <w:sz w:val="21"/>
          </w:rPr>
          <w:t>kieran@neubor.co.uk</w:t>
        </w:r>
      </w:hyperlink>
    </w:p>
    <w:p>
      <w:pPr>
        <w:spacing w:after="40"/>
      </w:pPr>
      <w:r>
        <w:rPr>
          <w:sz w:val="20"/>
        </w:rPr>
        <w:t xml:space="preserve">Interactive CV: </w:t>
      </w:r>
      <w:hyperlink r:id="rId10">
        <w:r>
          <w:rPr>
            <w:color w:val="20242A"/>
            <w:sz w:val="20"/>
          </w:rPr>
          <w:t>cv.neubor.co.uk</w:t>
        </w:r>
      </w:hyperlink>
    </w:p>
    <w:p>
      <w:pPr>
        <w:pStyle w:val="Heading1"/>
        <w:pBdr>
          <w:bottom w:val="single" w:sz="4" w:space="4" w:color="CED7DD"/>
        </w:pBdr>
      </w:pPr>
      <w:r>
        <w:t>PROFESSIONAL PROFILE</w:t>
      </w:r>
    </w:p>
    <w:p>
      <w:r>
        <w:t>Customer-focused and adaptable professional with over 12 years of experience across retail, hospitality, manufacturing and self-employment. Experienced in resolving complaints, serving customers, supporting busy teams and organising day-to-day work. Combines practical hands-on ability with confident computer and administrative skills. Calm under pressure, quick to learn and willing to take responsibility. Now seeking an employed role where reliability, good service and a flexible approach are valued.</w:t>
      </w:r>
    </w:p>
    <w:p>
      <w:pPr>
        <w:pStyle w:val="Heading1"/>
        <w:pBdr>
          <w:bottom w:val="single" w:sz="4" w:space="4" w:color="CED7DD"/>
        </w:pBdr>
      </w:pPr>
      <w:r>
        <w:t>KEY SKILLS</w:t>
      </w:r>
    </w:p>
    <w:p>
      <w:pPr>
        <w:keepNext w:val="0"/>
        <w:keepLines/>
        <w:spacing w:after="40"/>
        <w:numPr>
          <w:ilvl w:val="0"/>
          <w:numId w:val="10"/>
        </w:numPr>
      </w:pPr>
      <w:r/>
      <w:r>
        <w:rPr>
          <w:b/>
        </w:rPr>
        <w:t xml:space="preserve">Customer service: </w:t>
      </w:r>
      <w:r>
        <w:t>enquiries, complaints, refunds, exchanges, till transactions and sensitive customer situations.</w:t>
      </w:r>
    </w:p>
    <w:p>
      <w:pPr>
        <w:keepNext w:val="0"/>
        <w:keepLines/>
        <w:spacing w:after="40"/>
        <w:numPr>
          <w:ilvl w:val="0"/>
          <w:numId w:val="10"/>
        </w:numPr>
      </w:pPr>
      <w:r/>
      <w:r>
        <w:rPr>
          <w:b/>
        </w:rPr>
        <w:t xml:space="preserve">Organisation &amp; administration: </w:t>
      </w:r>
      <w:r>
        <w:t>quotations, scheduling, purchasing, accurate records and customer follow-ups.</w:t>
      </w:r>
    </w:p>
    <w:p>
      <w:pPr>
        <w:keepNext w:val="0"/>
        <w:keepLines/>
        <w:spacing w:after="40"/>
        <w:numPr>
          <w:ilvl w:val="0"/>
          <w:numId w:val="10"/>
        </w:numPr>
      </w:pPr>
      <w:r/>
      <w:r>
        <w:rPr>
          <w:b/>
        </w:rPr>
        <w:t xml:space="preserve">Teamwork &amp; supervision: </w:t>
      </w:r>
      <w:r>
        <w:t>supporting colleagues, allocating tasks, coaching staff and working through busy periods.</w:t>
      </w:r>
    </w:p>
    <w:p>
      <w:pPr>
        <w:keepNext w:val="0"/>
        <w:keepLines/>
        <w:spacing w:after="40"/>
        <w:numPr>
          <w:ilvl w:val="0"/>
          <w:numId w:val="10"/>
        </w:numPr>
      </w:pPr>
      <w:r/>
      <w:r>
        <w:rPr>
          <w:b/>
        </w:rPr>
        <w:t xml:space="preserve">Practical work &amp; safety: </w:t>
      </w:r>
      <w:r>
        <w:t>hand tools, steel finishing, quality checks, landscaping, PPE and COSHH awareness.</w:t>
      </w:r>
    </w:p>
    <w:p>
      <w:pPr>
        <w:keepNext w:val="0"/>
        <w:keepLines/>
        <w:spacing w:after="40"/>
        <w:numPr>
          <w:ilvl w:val="0"/>
          <w:numId w:val="10"/>
        </w:numPr>
      </w:pPr>
      <w:r/>
      <w:r>
        <w:rPr>
          <w:b/>
        </w:rPr>
        <w:t xml:space="preserve">IT &amp; problem-solving: </w:t>
      </w:r>
      <w:r>
        <w:t>Microsoft Office, email, Zoho CRM, web-based systems and technical troubleshooting.</w:t>
      </w:r>
    </w:p>
    <w:p>
      <w:pPr>
        <w:pStyle w:val="Heading1"/>
        <w:pBdr>
          <w:bottom w:val="single" w:sz="4" w:space="4" w:color="CED7DD"/>
        </w:pBdr>
      </w:pPr>
      <w:r>
        <w:t>EMPLOYMENT HISTORY</w:t>
      </w:r>
    </w:p>
    <w:p>
      <w:pPr>
        <w:pStyle w:val="Heading2"/>
      </w:pPr>
      <w:r>
        <w:t>Self-employed - Web &amp; Digital Services</w:t>
      </w:r>
    </w:p>
    <w:p>
      <w:pPr>
        <w:keepNext/>
        <w:tabs>
          <w:tab w:pos="9866" w:val="right"/>
        </w:tabs>
        <w:spacing w:after="50"/>
      </w:pPr>
      <w:r>
        <w:rPr>
          <w:sz w:val="21"/>
        </w:rPr>
        <w:t>Neubor, Stoke-on-Trent</w:t>
      </w:r>
      <w:r>
        <w:rPr>
          <w:color w:val="4F5963"/>
          <w:sz w:val="21"/>
        </w:rPr>
        <w:tab/>
        <w:t>Jul 2025 - Present</w:t>
      </w:r>
    </w:p>
    <w:p>
      <w:pPr>
        <w:keepNext/>
        <w:keepLines/>
        <w:spacing w:after="40"/>
        <w:numPr>
          <w:ilvl w:val="0"/>
          <w:numId w:val="10"/>
        </w:numPr>
      </w:pPr>
      <w:r>
        <w:t>Manage enquiries, discuss customer requirements, prepare quotations and proposals, and follow up with prospective clients.</w:t>
      </w:r>
    </w:p>
    <w:p>
      <w:pPr>
        <w:keepNext w:val="0"/>
        <w:keepLines/>
        <w:spacing w:after="40"/>
        <w:numPr>
          <w:ilvl w:val="0"/>
          <w:numId w:val="10"/>
        </w:numPr>
      </w:pPr>
      <w:r>
        <w:t>Build and maintain websites and digital tools; organise project work, business administration and ongoing customer support.</w:t>
      </w:r>
    </w:p>
    <w:p>
      <w:pPr>
        <w:pStyle w:val="Heading2"/>
      </w:pPr>
      <w:r>
        <w:t>Customer Service Operative / Multi-Role Retail Support</w:t>
      </w:r>
    </w:p>
    <w:p>
      <w:pPr>
        <w:keepNext/>
        <w:tabs>
          <w:tab w:pos="9866" w:val="right"/>
        </w:tabs>
        <w:spacing w:after="50"/>
      </w:pPr>
      <w:r>
        <w:rPr>
          <w:sz w:val="21"/>
        </w:rPr>
        <w:t>Asda, Stoke-on-Trent</w:t>
      </w:r>
      <w:r>
        <w:rPr>
          <w:color w:val="4F5963"/>
          <w:sz w:val="21"/>
        </w:rPr>
        <w:tab/>
        <w:t>Nov 2024 - Aug 2025</w:t>
      </w:r>
    </w:p>
    <w:p>
      <w:pPr>
        <w:keepNext/>
        <w:keepLines/>
        <w:spacing w:after="40"/>
        <w:numPr>
          <w:ilvl w:val="0"/>
          <w:numId w:val="10"/>
        </w:numPr>
      </w:pPr>
      <w:r>
        <w:t>Handled service-desk enquiries, refunds and escalated complaints, including high-value transactions and sensitive customer situations.</w:t>
      </w:r>
    </w:p>
    <w:p>
      <w:pPr>
        <w:keepNext/>
        <w:keepLines/>
        <w:spacing w:after="40"/>
        <w:numPr>
          <w:ilvl w:val="0"/>
          <w:numId w:val="10"/>
        </w:numPr>
      </w:pPr>
      <w:r>
        <w:t>Listened carefully, calmed difficult conversations, explained options and kept accurate records of complaints and follow-up actions.</w:t>
      </w:r>
    </w:p>
    <w:p>
      <w:pPr>
        <w:keepNext w:val="0"/>
        <w:keepLines/>
        <w:spacing w:after="40"/>
        <w:numPr>
          <w:ilvl w:val="0"/>
          <w:numId w:val="10"/>
        </w:numPr>
      </w:pPr>
      <w:r>
        <w:t>Worked across tills, customer service and bakery; supported colleagues and maintained service through Christmas, Black Friday and other peak periods.</w:t>
      </w:r>
    </w:p>
    <w:p>
      <w:pPr>
        <w:pStyle w:val="Heading2"/>
      </w:pPr>
      <w:r>
        <w:t>Production Operative - Fettling &amp; Galvanising</w:t>
      </w:r>
    </w:p>
    <w:p>
      <w:pPr>
        <w:keepNext/>
        <w:tabs>
          <w:tab w:pos="9866" w:val="right"/>
        </w:tabs>
        <w:spacing w:after="50"/>
      </w:pPr>
      <w:r>
        <w:rPr>
          <w:sz w:val="21"/>
        </w:rPr>
        <w:t>Barkers Engineering, Stoke-on-Trent (agency)</w:t>
      </w:r>
      <w:r>
        <w:rPr>
          <w:color w:val="4F5963"/>
          <w:sz w:val="21"/>
        </w:rPr>
        <w:tab/>
        <w:t>May - Oct 2024</w:t>
      </w:r>
    </w:p>
    <w:p>
      <w:pPr>
        <w:keepNext/>
        <w:keepLines/>
        <w:spacing w:after="40"/>
        <w:numPr>
          <w:ilvl w:val="0"/>
          <w:numId w:val="10"/>
        </w:numPr>
      </w:pPr>
      <w:r>
        <w:t>Prepared and finished steel components using grinders, hand tools, component wiring and production jigs.</w:t>
      </w:r>
    </w:p>
    <w:p>
      <w:pPr>
        <w:keepNext w:val="0"/>
        <w:keepLines/>
        <w:spacing w:after="40"/>
        <w:numPr>
          <w:ilvl w:val="0"/>
          <w:numId w:val="10"/>
        </w:numPr>
      </w:pPr>
      <w:r>
        <w:t>Checked finished work for defects, organised the stock yard and followed site procedures, PPE requirements and safe handling practices.</w:t>
      </w:r>
    </w:p>
    <w:p>
      <w:pPr>
        <w:pStyle w:val="Heading2"/>
      </w:pPr>
      <w:r>
        <w:t>Proprietor &amp; Operations Manager</w:t>
      </w:r>
    </w:p>
    <w:p>
      <w:pPr>
        <w:keepNext/>
        <w:tabs>
          <w:tab w:pos="9866" w:val="right"/>
        </w:tabs>
        <w:spacing w:after="50"/>
      </w:pPr>
      <w:r>
        <w:rPr>
          <w:sz w:val="21"/>
        </w:rPr>
        <w:t>KB Landscaping &amp; Handyman Solutions, Stoke-on-Trent</w:t>
      </w:r>
      <w:r>
        <w:rPr>
          <w:color w:val="4F5963"/>
          <w:sz w:val="21"/>
        </w:rPr>
        <w:tab/>
        <w:t>2021 - 2024</w:t>
      </w:r>
    </w:p>
    <w:p>
      <w:pPr>
        <w:keepNext/>
        <w:keepLines/>
        <w:spacing w:after="40"/>
        <w:numPr>
          <w:ilvl w:val="0"/>
          <w:numId w:val="10"/>
        </w:numPr>
      </w:pPr>
      <w:r>
        <w:t>Ran landscaping and handyman work, handling enquiries, quotations, scheduling, materials purchasing and day-to-day customer contact.</w:t>
      </w:r>
    </w:p>
    <w:p>
      <w:pPr>
        <w:keepNext w:val="0"/>
        <w:keepLines/>
        <w:spacing w:after="40"/>
        <w:numPr>
          <w:ilvl w:val="0"/>
          <w:numId w:val="10"/>
        </w:numPr>
      </w:pPr>
      <w:r>
        <w:t>Maintained job records and resolved concerns about delays, costs and changes to work through clear updates and practical solutions.</w:t>
      </w:r>
    </w:p>
    <w:p>
      <w:pPr>
        <w:pStyle w:val="Heading1"/>
        <w:pageBreakBefore/>
        <w:spacing w:before="0"/>
        <w:pBdr>
          <w:bottom w:val="single" w:sz="4" w:space="4" w:color="CED7DD"/>
        </w:pBdr>
      </w:pPr>
      <w:r>
        <w:t>EMPLOYMENT HISTORY (CONTINUED)</w:t>
      </w:r>
    </w:p>
    <w:p>
      <w:pPr>
        <w:pStyle w:val="Heading2"/>
      </w:pPr>
      <w:r>
        <w:t>Pastry Chef</w:t>
      </w:r>
    </w:p>
    <w:p>
      <w:pPr>
        <w:keepNext/>
        <w:tabs>
          <w:tab w:pos="9866" w:val="right"/>
        </w:tabs>
        <w:spacing w:after="50"/>
      </w:pPr>
      <w:r>
        <w:rPr>
          <w:sz w:val="21"/>
        </w:rPr>
        <w:t>Trentham Gardens - Willow Restaurant / Café</w:t>
      </w:r>
      <w:r>
        <w:rPr>
          <w:color w:val="4F5963"/>
          <w:sz w:val="21"/>
        </w:rPr>
        <w:tab/>
        <w:t>2019 - 2021</w:t>
      </w:r>
    </w:p>
    <w:p>
      <w:pPr>
        <w:keepNext/>
        <w:keepLines/>
        <w:spacing w:after="40"/>
        <w:numPr>
          <w:ilvl w:val="0"/>
          <w:numId w:val="10"/>
        </w:numPr>
      </w:pPr>
      <w:r>
        <w:t>Managed daily cakes, pastries and dessert production in a busy visitor café, maintaining quality, presentation and hygiene.</w:t>
      </w:r>
    </w:p>
    <w:p>
      <w:pPr>
        <w:keepNext w:val="0"/>
        <w:keepLines/>
        <w:spacing w:after="40"/>
        <w:numPr>
          <w:ilvl w:val="0"/>
          <w:numId w:val="10"/>
        </w:numPr>
      </w:pPr>
      <w:r>
        <w:t>Developed seasonal desserts, explained menu items, accommodated requests and responded to customer feedback.</w:t>
      </w:r>
    </w:p>
    <w:p>
      <w:pPr>
        <w:pStyle w:val="Heading2"/>
      </w:pPr>
      <w:r>
        <w:t>Labourer (part-time)</w:t>
      </w:r>
    </w:p>
    <w:p>
      <w:pPr>
        <w:keepNext/>
        <w:tabs>
          <w:tab w:pos="9866" w:val="right"/>
        </w:tabs>
        <w:spacing w:after="50"/>
      </w:pPr>
      <w:r>
        <w:rPr>
          <w:sz w:val="21"/>
        </w:rPr>
        <w:t>Lees Handyman Services, Bradford</w:t>
      </w:r>
      <w:r>
        <w:rPr>
          <w:color w:val="4F5963"/>
          <w:sz w:val="21"/>
        </w:rPr>
        <w:tab/>
        <w:t>2018 - 2021</w:t>
      </w:r>
    </w:p>
    <w:p>
      <w:pPr>
        <w:keepNext w:val="0"/>
        <w:keepLines/>
        <w:spacing w:after="40"/>
        <w:numPr>
          <w:ilvl w:val="0"/>
          <w:numId w:val="10"/>
        </w:numPr>
      </w:pPr>
      <w:r>
        <w:t>Supported practical handyman work alongside other roles; dealt with on-site customer concerns, managed expectations and resolved issues before escalation.</w:t>
      </w:r>
    </w:p>
    <w:p>
      <w:pPr>
        <w:pStyle w:val="Heading2"/>
      </w:pPr>
      <w:r>
        <w:t>Customer Service / Retail Operative</w:t>
      </w:r>
    </w:p>
    <w:p>
      <w:pPr>
        <w:keepNext/>
        <w:tabs>
          <w:tab w:pos="9866" w:val="right"/>
        </w:tabs>
        <w:spacing w:after="50"/>
      </w:pPr>
      <w:r>
        <w:rPr>
          <w:sz w:val="21"/>
        </w:rPr>
        <w:t>Tesco Superstore &amp; Tesco Express, Bradford</w:t>
      </w:r>
      <w:r>
        <w:rPr>
          <w:color w:val="4F5963"/>
          <w:sz w:val="21"/>
        </w:rPr>
        <w:tab/>
        <w:t>2017 - 2019</w:t>
      </w:r>
    </w:p>
    <w:p>
      <w:pPr>
        <w:keepNext/>
        <w:keepLines/>
        <w:spacing w:after="40"/>
        <w:numPr>
          <w:ilvl w:val="0"/>
          <w:numId w:val="10"/>
        </w:numPr>
      </w:pPr>
      <w:r>
        <w:t>Served customers on tills and the service desk, handling enquiries, complaints, refunds, exchanges and high-volume transactions accurately.</w:t>
      </w:r>
    </w:p>
    <w:p>
      <w:pPr>
        <w:keepNext w:val="0"/>
        <w:keepLines/>
        <w:spacing w:after="40"/>
        <w:numPr>
          <w:ilvl w:val="0"/>
          <w:numId w:val="10"/>
        </w:numPr>
      </w:pPr>
      <w:r>
        <w:t>Transferred internally from Superstore to Express; assisted with stock queries and self-checkouts while keeping service efficient during busy periods.</w:t>
      </w:r>
    </w:p>
    <w:p>
      <w:pPr>
        <w:pStyle w:val="Heading2"/>
      </w:pPr>
      <w:r>
        <w:t>Head Chef / Kitchen Manager</w:t>
      </w:r>
    </w:p>
    <w:p>
      <w:pPr>
        <w:keepNext/>
        <w:tabs>
          <w:tab w:pos="9866" w:val="right"/>
        </w:tabs>
        <w:spacing w:after="50"/>
      </w:pPr>
      <w:r>
        <w:rPr>
          <w:sz w:val="21"/>
        </w:rPr>
        <w:t>Brewhaus, Stoke-on-Trent</w:t>
      </w:r>
      <w:r>
        <w:rPr>
          <w:color w:val="4F5963"/>
          <w:sz w:val="21"/>
        </w:rPr>
        <w:tab/>
        <w:t>2016 - 2018</w:t>
      </w:r>
    </w:p>
    <w:p>
      <w:pPr>
        <w:keepNext/>
        <w:keepLines/>
        <w:spacing w:after="40"/>
        <w:numPr>
          <w:ilvl w:val="0"/>
          <w:numId w:val="10"/>
        </w:numPr>
      </w:pPr>
      <w:r>
        <w:t>Supervised the kitchen team, allocated duties, coached colleagues and maintained food quality, hygiene and service standards.</w:t>
      </w:r>
    </w:p>
    <w:p>
      <w:pPr>
        <w:keepNext w:val="0"/>
        <w:keepLines/>
        <w:spacing w:after="40"/>
        <w:numPr>
          <w:ilvl w:val="0"/>
          <w:numId w:val="10"/>
        </w:numPr>
      </w:pPr>
      <w:r>
        <w:t>Resolved complaints about food and service delays calmly while keeping the team organised under pressure.</w:t>
      </w:r>
    </w:p>
    <w:p>
      <w:pPr>
        <w:pStyle w:val="Heading2"/>
      </w:pPr>
      <w:r>
        <w:t>Chef</w:t>
      </w:r>
    </w:p>
    <w:p>
      <w:pPr>
        <w:keepNext/>
        <w:tabs>
          <w:tab w:pos="9866" w:val="right"/>
        </w:tabs>
        <w:spacing w:after="50"/>
      </w:pPr>
      <w:r>
        <w:rPr>
          <w:sz w:val="21"/>
        </w:rPr>
        <w:t>Bradwell Nursing Home, Stoke-on-Trent</w:t>
      </w:r>
      <w:r>
        <w:rPr>
          <w:color w:val="4F5963"/>
          <w:sz w:val="21"/>
        </w:rPr>
        <w:tab/>
        <w:t>2014 - 2016</w:t>
      </w:r>
    </w:p>
    <w:p>
      <w:pPr>
        <w:keepNext w:val="0"/>
        <w:keepLines/>
        <w:spacing w:after="40"/>
        <w:numPr>
          <w:ilvl w:val="0"/>
          <w:numId w:val="10"/>
        </w:numPr>
      </w:pPr>
      <w:r>
        <w:t>Prepared meals for residents with individual dietary needs, including allergies and texture-modified diets; worked with care staff and listened to residents with patience and respect.</w:t>
      </w:r>
    </w:p>
    <w:p>
      <w:pPr>
        <w:pStyle w:val="Heading2"/>
      </w:pPr>
      <w:r>
        <w:t>Earlier Hospitality &amp; Customer Service</w:t>
      </w:r>
    </w:p>
    <w:p>
      <w:pPr>
        <w:keepNext/>
        <w:tabs>
          <w:tab w:pos="9866" w:val="right"/>
        </w:tabs>
        <w:spacing w:after="40"/>
      </w:pPr>
      <w:r>
        <w:rPr>
          <w:sz w:val="21"/>
        </w:rPr>
        <w:t>Roles held during this period</w:t>
      </w:r>
      <w:r>
        <w:rPr>
          <w:color w:val="4F5963"/>
          <w:sz w:val="21"/>
        </w:rPr>
        <w:tab/>
        <w:t>2012 - 2014</w:t>
      </w:r>
    </w:p>
    <w:p>
      <w:pPr>
        <w:keepNext/>
        <w:keepLines/>
        <w:spacing w:after="40"/>
        <w:numPr>
          <w:ilvl w:val="0"/>
          <w:numId w:val="10"/>
        </w:numPr>
      </w:pPr>
      <w:r>
        <w:t>The Polite Vicar - Chef.</w:t>
      </w:r>
    </w:p>
    <w:p>
      <w:pPr>
        <w:keepNext w:val="0"/>
        <w:keepLines/>
        <w:spacing w:after="40"/>
        <w:numPr>
          <w:ilvl w:val="0"/>
          <w:numId w:val="10"/>
        </w:numPr>
      </w:pPr>
      <w:r>
        <w:t>Sainsbury’s Café - Café Assistant / Customer Service; customer interaction and complaint handling in a busy café.</w:t>
      </w:r>
    </w:p>
    <w:p>
      <w:pPr>
        <w:pStyle w:val="Heading1"/>
        <w:pBdr>
          <w:bottom w:val="single" w:sz="4" w:space="4" w:color="CED7DD"/>
        </w:pBdr>
      </w:pPr>
      <w:r>
        <w:t>EDUCATION &amp; TRAINING</w:t>
      </w:r>
    </w:p>
    <w:p>
      <w:pPr>
        <w:keepLines/>
        <w:spacing w:after="60"/>
      </w:pPr>
      <w:r>
        <w:rPr>
          <w:b/>
          <w:sz w:val="21"/>
        </w:rPr>
        <w:t xml:space="preserve">Hospitality &amp; Catering: </w:t>
      </w:r>
      <w:r>
        <w:rPr>
          <w:sz w:val="21"/>
        </w:rPr>
        <w:t>NVQ Levels 1 and 2 - Distinction in both.</w:t>
      </w:r>
    </w:p>
    <w:p>
      <w:pPr>
        <w:keepLines/>
        <w:spacing w:after="60"/>
      </w:pPr>
      <w:r>
        <w:rPr>
          <w:b/>
          <w:sz w:val="21"/>
        </w:rPr>
        <w:t xml:space="preserve">GCSEs - Chesterton Community High School: </w:t>
      </w:r>
      <w:r>
        <w:rPr>
          <w:sz w:val="21"/>
        </w:rPr>
        <w:t>Including English Language C, English Literature C, Maths C, ICT C, History B and Food Technology B.</w:t>
      </w:r>
    </w:p>
    <w:p>
      <w:pPr>
        <w:keepLines/>
        <w:spacing w:after="60"/>
      </w:pPr>
      <w:r>
        <w:rPr>
          <w:b/>
          <w:sz w:val="21"/>
        </w:rPr>
        <w:t xml:space="preserve">Additional qualifications: </w:t>
      </w:r>
      <w:r>
        <w:rPr>
          <w:sz w:val="21"/>
        </w:rPr>
        <w:t>NVQ French and Spanish (Practical Languages); Health &amp; Safety in the Workplace.</w:t>
      </w:r>
    </w:p>
    <w:p>
      <w:pPr>
        <w:keepLines/>
        <w:spacing w:after="60"/>
      </w:pPr>
      <w:r>
        <w:rPr>
          <w:b/>
          <w:sz w:val="21"/>
        </w:rPr>
        <w:t xml:space="preserve">Previous training: </w:t>
      </w:r>
      <w:r>
        <w:rPr>
          <w:sz w:val="21"/>
        </w:rPr>
        <w:t>First Aid, Food Hygiene and Allergen Awareness (certificates expired). Google Ads and Semrush Academy training in digital marketing.</w:t>
      </w:r>
    </w:p>
    <w:p>
      <w:pPr>
        <w:pStyle w:val="Heading1"/>
        <w:pBdr>
          <w:bottom w:val="single" w:sz="4" w:space="4" w:color="CED7DD"/>
        </w:pBdr>
      </w:pPr>
      <w:r>
        <w:t>ADDITIONAL EXPERIENCE &amp; INFORMATION</w:t>
      </w:r>
    </w:p>
    <w:p>
      <w:pPr>
        <w:spacing w:after="60"/>
      </w:pPr>
      <w:r>
        <w:rPr>
          <w:sz w:val="21"/>
        </w:rPr>
        <w:t>Additional experience includes paid game-server setup and support, online community administration, and helping with cake-business setup and customer orders.</w:t>
      </w:r>
    </w:p>
    <w:p>
      <w:r>
        <w:rPr>
          <w:sz w:val="21"/>
        </w:rPr>
        <w:t>Available immediately. Right to work in the UK. References available on request.</w:t>
      </w:r>
    </w:p>
    <w:sectPr w:rsidR="00FC693F" w:rsidRPr="0006063C" w:rsidSect="00034616">
      <w:footerReference w:type="default" r:id="rId11"/>
      <w:pgSz w:w="11906" w:h="16838"/>
      <w:pgMar w:top="850" w:right="1020" w:bottom="850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866" w:val="right"/>
      </w:tabs>
      <w:spacing w:after="0"/>
    </w:pPr>
    <w:r>
      <w:rPr>
        <w:color w:val="4F5963"/>
        <w:sz w:val="17"/>
      </w:rPr>
      <w:t>Kieran Claude Bourne</w:t>
      <w:tab/>
    </w:r>
    <w:fldSimple w:instr="PAGE">
      <w:r>
        <w:rPr>
          <w:sz w:val="17"/>
        </w:rPr>
        <w:t>1</w:t>
      </w:r>
    </w:fldSimple>
    <w:r>
      <w:rPr>
        <w:sz w:val="17"/>
      </w:rPr>
      <w:t xml:space="preserve"> / </w:t>
    </w:r>
    <w:fldSimple w:instr="NUMPAGES">
      <w:r>
        <w:rPr>
          <w:sz w:val="17"/>
        </w:rPr>
        <w:t>2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lvlJc w:val="left"/>
      <w:pPr>
        <w:ind w:left="240" w:hanging="240"/>
        <w:tabs>
          <w:tab w:val="num" w:pos="240"/>
        </w:tabs>
      </w:p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45" w:lineRule="auto" w:after="60"/>
    </w:pPr>
    <w:rPr>
      <w:rFonts w:ascii="Calibri" w:hAnsi="Calibri" w:cs="Calibri" w:eastAsia="Calibri"/>
      <w:color w:val="20242A"/>
      <w:sz w:val="22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 w:cs="Calibri" w:eastAsia="Calibri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 w:line="240" w:lineRule="auto"/>
      <w:outlineLvl w:val="0"/>
    </w:pPr>
    <w:rPr>
      <w:rFonts w:asciiTheme="majorHAnsi" w:eastAsiaTheme="majorEastAsia" w:hAnsiTheme="majorHAnsi" w:cstheme="majorBidi" w:ascii="Calibri" w:hAnsi="Calibri" w:cs="Calibri" w:eastAsia="Calibri"/>
      <w:b/>
      <w:bCs/>
      <w:color w:val="203F54"/>
      <w:sz w:val="21"/>
      <w:szCs w:val="28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 w:ascii="Calibri" w:hAnsi="Calibri" w:cs="Calibri" w:eastAsia="Calibri"/>
      <w:b/>
      <w:bCs/>
      <w:color w:val="20242A"/>
      <w:sz w:val="22"/>
      <w:szCs w:val="26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 w:cs="Calibri" w:eastAsia="Calibri"/>
      <w:color w:val="17365D" w:themeColor="text2" w:themeShade="BF"/>
      <w:spacing w:val="5"/>
      <w:kern w:val="28"/>
      <w:sz w:val="52"/>
      <w:szCs w:val="52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 w:cs="Calibri" w:eastAsia="Calibri"/>
      <w:i/>
      <w:iCs/>
      <w:color w:val="4F81BD" w:themeColor="accent1"/>
      <w:spacing w:val="15"/>
      <w:sz w:val="24"/>
      <w:szCs w:val="24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 w:cs="Calibri" w:eastAsia="Calibri"/>
      <w:lang w:val="en-GB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mailto:kieran@neubor.co.uk" TargetMode="External"/><Relationship Id="rId10" Type="http://schemas.openxmlformats.org/officeDocument/2006/relationships/hyperlink" Target="https://cv.neubor.co.uk" TargetMode="Externa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Kieran Claude Bourne - General CV</dc:title>
  <dc:subject>Customer service, retail, operations and practical experience</dc:subject>
  <dc:creator>Kieran Claude Bourne</dc:creator>
  <cp:keywords>customer service, retail, operations, manufacturing, hospitality, administration</cp:keywords>
  <dc:description/>
  <cp:lastModifiedBy>Kieran Claude Bourne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